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88821" w14:textId="20050F85" w:rsidR="002955C9" w:rsidRDefault="00000000">
      <w:pPr>
        <w:jc w:val="center"/>
      </w:pPr>
      <w:r>
        <w:rPr>
          <w:b/>
          <w:sz w:val="32"/>
        </w:rPr>
        <w:t>HOMEWORK</w:t>
      </w:r>
      <w:r>
        <w:rPr>
          <w:b/>
          <w:sz w:val="32"/>
        </w:rPr>
        <w:br/>
      </w:r>
      <w:r>
        <w:rPr>
          <w:b/>
          <w:sz w:val="28"/>
        </w:rPr>
        <w:t xml:space="preserve">Eigenvalues and Eigenvectors </w:t>
      </w:r>
    </w:p>
    <w:p w14:paraId="26FFF4B3" w14:textId="77777777" w:rsidR="002955C9" w:rsidRDefault="00000000">
      <w:r>
        <w:rPr>
          <w:b/>
        </w:rPr>
        <w:t>Homework 1</w:t>
      </w:r>
    </w:p>
    <w:p w14:paraId="445B2FD3" w14:textId="77777777" w:rsidR="002955C9" w:rsidRDefault="00000000">
      <w:r>
        <w:t>Consider the matrix A given below. Using Mathematica 9, find its eigenvalues and corresponding eigenvectors.</w:t>
      </w:r>
    </w:p>
    <w:p w14:paraId="79467F5A" w14:textId="21D0FA22" w:rsidR="002955C9" w:rsidRDefault="00456C04">
      <w:pPr>
        <w:jc w:val="center"/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</w:rPr>
            <m:t>A=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i/>
                      <w:sz w:val="28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4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1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2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3</m:t>
                    </m:r>
                  </m:e>
                </m:mr>
              </m:m>
            </m:e>
          </m:d>
        </m:oMath>
      </m:oMathPara>
    </w:p>
    <w:p w14:paraId="20908766" w14:textId="77777777" w:rsidR="002955C9" w:rsidRDefault="00000000">
      <w:r>
        <w:t>1. Find the characteristic polynomial.</w:t>
      </w:r>
    </w:p>
    <w:p w14:paraId="63A71684" w14:textId="77777777" w:rsidR="002955C9" w:rsidRDefault="00000000">
      <w:r>
        <w:t>2. Obtain the characteristic equation.</w:t>
      </w:r>
    </w:p>
    <w:p w14:paraId="1C17A437" w14:textId="77777777" w:rsidR="002955C9" w:rsidRDefault="00000000">
      <w:r>
        <w:t>3. Find all eigenvalues.</w:t>
      </w:r>
    </w:p>
    <w:p w14:paraId="520398C9" w14:textId="77777777" w:rsidR="002955C9" w:rsidRDefault="00000000">
      <w:r>
        <w:t>4. Find the corresponding eigenvectors.</w:t>
      </w:r>
    </w:p>
    <w:p w14:paraId="7EDA1345" w14:textId="77777777" w:rsidR="002955C9" w:rsidRDefault="00000000">
      <w:r>
        <w:rPr>
          <w:b/>
        </w:rPr>
        <w:t>Homework 2</w:t>
      </w:r>
    </w:p>
    <w:p w14:paraId="0F22434B" w14:textId="77777777" w:rsidR="002955C9" w:rsidRDefault="00000000">
      <w:r>
        <w:t>Consider the following 3 × 3 matrix. Use Mathematica 9 to find all eigenvalues and corresponding eigenvectors.</w:t>
      </w:r>
    </w:p>
    <w:p w14:paraId="307C4639" w14:textId="2236B37B" w:rsidR="002955C9" w:rsidRDefault="00456C04">
      <w:pPr>
        <w:jc w:val="center"/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</w:rPr>
            <m:t>A=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i/>
                      <w:sz w:val="28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2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1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0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1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2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1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0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1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2</m:t>
                    </m:r>
                  </m:e>
                </m:mr>
              </m:m>
            </m:e>
          </m:d>
        </m:oMath>
      </m:oMathPara>
    </w:p>
    <w:p w14:paraId="2A9ED878" w14:textId="77777777" w:rsidR="002955C9" w:rsidRDefault="00000000">
      <w:r>
        <w:t>1. Find the characteristic polynomial.</w:t>
      </w:r>
    </w:p>
    <w:p w14:paraId="2AE32C51" w14:textId="77777777" w:rsidR="002955C9" w:rsidRDefault="00000000">
      <w:r>
        <w:t>2. Obtain the characteristic equation.</w:t>
      </w:r>
    </w:p>
    <w:p w14:paraId="6827E628" w14:textId="77777777" w:rsidR="002955C9" w:rsidRDefault="00000000">
      <w:r>
        <w:t>3. Find all eigenvalues.</w:t>
      </w:r>
    </w:p>
    <w:p w14:paraId="5DB5785A" w14:textId="77777777" w:rsidR="002955C9" w:rsidRDefault="00000000">
      <w:r>
        <w:t>4. Find all corresponding eigenvectors.</w:t>
      </w:r>
    </w:p>
    <w:sectPr w:rsidR="002955C9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39169">
    <w:abstractNumId w:val="8"/>
  </w:num>
  <w:num w:numId="2" w16cid:durableId="79329592">
    <w:abstractNumId w:val="6"/>
  </w:num>
  <w:num w:numId="3" w16cid:durableId="1349794241">
    <w:abstractNumId w:val="5"/>
  </w:num>
  <w:num w:numId="4" w16cid:durableId="469060754">
    <w:abstractNumId w:val="4"/>
  </w:num>
  <w:num w:numId="5" w16cid:durableId="2115787267">
    <w:abstractNumId w:val="7"/>
  </w:num>
  <w:num w:numId="6" w16cid:durableId="1592003436">
    <w:abstractNumId w:val="3"/>
  </w:num>
  <w:num w:numId="7" w16cid:durableId="754593406">
    <w:abstractNumId w:val="2"/>
  </w:num>
  <w:num w:numId="8" w16cid:durableId="1812823572">
    <w:abstractNumId w:val="1"/>
  </w:num>
  <w:num w:numId="9" w16cid:durableId="195516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55C9"/>
    <w:rsid w:val="0029639D"/>
    <w:rsid w:val="00326F90"/>
    <w:rsid w:val="00456C04"/>
    <w:rsid w:val="00AA1D8D"/>
    <w:rsid w:val="00AF2AB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ABF83A"/>
  <w14:defaultImageDpi w14:val="300"/>
  <w15:docId w15:val="{A58C64CD-6697-4BAD-82C5-D715F016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456C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Sanjay Das</cp:lastModifiedBy>
  <cp:revision>2</cp:revision>
  <dcterms:created xsi:type="dcterms:W3CDTF">2013-12-23T23:15:00Z</dcterms:created>
  <dcterms:modified xsi:type="dcterms:W3CDTF">2026-09-16T09:41:00Z</dcterms:modified>
  <cp:category/>
</cp:coreProperties>
</file>